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98B1" w14:textId="4B881F24" w:rsidR="00A25E50" w:rsidRPr="00A25E50" w:rsidRDefault="00A25E50" w:rsidP="00882813">
      <w:pPr>
        <w:spacing w:before="120"/>
        <w:contextualSpacing/>
        <w:jc w:val="center"/>
        <w:rPr>
          <w:rFonts w:ascii="Times New Roman" w:hAnsi="Times New Roman" w:cs="Times New Roman"/>
          <w:b/>
          <w:i/>
          <w:iCs/>
          <w:sz w:val="22"/>
        </w:rPr>
      </w:pPr>
      <w:bookmarkStart w:id="0" w:name="_Hlk240266757"/>
      <w:r w:rsidRPr="00882813">
        <w:rPr>
          <w:rFonts w:ascii="Times New Roman" w:hAnsi="Times New Roman" w:cs="Times New Roman"/>
          <w:b/>
          <w:i/>
          <w:iCs/>
          <w:szCs w:val="20"/>
        </w:rPr>
        <w:t>Niniejsza deklaracja służy celom diagnostycznym i szacunkowym w celu ustalenia zapotrzebowania na usługi asystenckie w 2027 roku. Złożenie deklaracji nie jest jednoznaczne  z zakwalifikowaniem do udziału w Programie</w:t>
      </w:r>
      <w:r w:rsidRPr="00A25E50">
        <w:rPr>
          <w:rFonts w:ascii="Times New Roman" w:hAnsi="Times New Roman" w:cs="Times New Roman"/>
          <w:b/>
          <w:i/>
          <w:iCs/>
          <w:sz w:val="22"/>
        </w:rPr>
        <w:t>.</w:t>
      </w:r>
    </w:p>
    <w:p w14:paraId="6A15E4F6" w14:textId="6B88E73D" w:rsidR="00B06374" w:rsidRPr="004A23B4" w:rsidRDefault="00000000" w:rsidP="00FF2C79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I. DANE OSOBY Z NIEPEŁNOSPRAWNOŚCIĄ</w:t>
      </w:r>
    </w:p>
    <w:p w14:paraId="64FD8F7A" w14:textId="3AAC10F5" w:rsidR="00B06374" w:rsidRPr="004A23B4" w:rsidRDefault="00000000" w:rsidP="00FF2C79">
      <w:pPr>
        <w:spacing w:after="4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Imię i nazwisko:</w:t>
      </w:r>
      <w:r w:rsidRPr="004A23B4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</w:t>
      </w:r>
      <w:r w:rsidR="00AA656D">
        <w:rPr>
          <w:rFonts w:ascii="Times New Roman" w:hAnsi="Times New Roman" w:cs="Times New Roman"/>
          <w:sz w:val="24"/>
          <w:szCs w:val="24"/>
        </w:rPr>
        <w:t>........</w:t>
      </w:r>
    </w:p>
    <w:p w14:paraId="6E761A8D" w14:textId="77777777" w:rsidR="00B06374" w:rsidRPr="004A23B4" w:rsidRDefault="00000000" w:rsidP="00FF2C79">
      <w:pPr>
        <w:spacing w:after="4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Adres zamieszkania:</w:t>
      </w:r>
      <w:r w:rsidRPr="004A23B4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</w:t>
      </w:r>
    </w:p>
    <w:p w14:paraId="43E58E41" w14:textId="359EEF7A" w:rsidR="00B06374" w:rsidRPr="004A23B4" w:rsidRDefault="00000000" w:rsidP="00FF2C79">
      <w:pPr>
        <w:spacing w:after="4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Numer telefonu:</w:t>
      </w:r>
      <w:r w:rsidRPr="004A23B4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</w:t>
      </w:r>
      <w:r w:rsidR="00AA656D">
        <w:rPr>
          <w:rFonts w:ascii="Times New Roman" w:hAnsi="Times New Roman" w:cs="Times New Roman"/>
          <w:sz w:val="24"/>
          <w:szCs w:val="24"/>
        </w:rPr>
        <w:t>........</w:t>
      </w:r>
    </w:p>
    <w:p w14:paraId="588F3757" w14:textId="6834EE11" w:rsidR="00B06374" w:rsidRPr="004A23B4" w:rsidRDefault="00000000" w:rsidP="00FF2C79">
      <w:pPr>
        <w:spacing w:after="4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W przypadku dziecka – imię i nazwisko rodzica/opiekuna prawnego:</w:t>
      </w:r>
      <w:r w:rsidRPr="004A23B4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</w:t>
      </w:r>
      <w:r w:rsidR="00167FB6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14:paraId="094AFBBF" w14:textId="4D8FE8E4" w:rsidR="00B06374" w:rsidRPr="004A23B4" w:rsidRDefault="00000000" w:rsidP="00FF2C79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II. POSIADANE ORZECZENIE</w:t>
      </w:r>
      <w:r w:rsidR="00167FB6">
        <w:rPr>
          <w:rFonts w:ascii="Times New Roman" w:hAnsi="Times New Roman" w:cs="Times New Roman"/>
          <w:b/>
          <w:sz w:val="24"/>
          <w:szCs w:val="24"/>
        </w:rPr>
        <w:t xml:space="preserve"> O NIEPEŁNOSPRAWNOŚCI</w:t>
      </w:r>
    </w:p>
    <w:p w14:paraId="1CA87A86" w14:textId="77777777" w:rsidR="00B06374" w:rsidRPr="004A23B4" w:rsidRDefault="00000000" w:rsidP="00FF2C79">
      <w:pPr>
        <w:spacing w:after="4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sz w:val="24"/>
          <w:szCs w:val="24"/>
        </w:rPr>
        <w:t>Proszę zaznaczyć właściwe:</w:t>
      </w:r>
    </w:p>
    <w:p w14:paraId="067119A3" w14:textId="77777777" w:rsidR="00B06374" w:rsidRPr="004A23B4" w:rsidRDefault="00000000" w:rsidP="00FF2C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Osoba dorosła:</w:t>
      </w:r>
    </w:p>
    <w:p w14:paraId="3BF1231C" w14:textId="77777777" w:rsidR="00B06374" w:rsidRPr="004A23B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orzeczenie o znacznym stopniu niepełnosprawności z niepełnosprawnością sprzężoną</w:t>
      </w:r>
    </w:p>
    <w:p w14:paraId="2CDCB90C" w14:textId="77777777" w:rsidR="00B06374" w:rsidRPr="004A23B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orzeczenie o znacznym stopniu niepełnosprawności</w:t>
      </w:r>
    </w:p>
    <w:p w14:paraId="2AB3CCF7" w14:textId="0F5349BC" w:rsidR="00B06374" w:rsidRPr="004A23B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orzeczenie o umiarkowanym stopniu niepełnosprawności z niepełnosprawnością sprzężoną</w:t>
      </w:r>
      <w:r w:rsidR="003472B6">
        <w:rPr>
          <w:rFonts w:ascii="Times New Roman" w:hAnsi="Times New Roman" w:cs="Times New Roman"/>
          <w:sz w:val="24"/>
          <w:szCs w:val="24"/>
        </w:rPr>
        <w:t xml:space="preserve"> (przez niepełnosprawność sprzeżoną rozumie się posiadanie orzeczenia ze wskazaniem co najmniej dwóch przyczyn niepełnosprawności)</w:t>
      </w:r>
    </w:p>
    <w:p w14:paraId="4ECADDC5" w14:textId="77777777" w:rsidR="00B06374" w:rsidRPr="004A23B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orzeczenie o umiarkowanym stopniu niepełnosprawności</w:t>
      </w:r>
    </w:p>
    <w:p w14:paraId="4B55D512" w14:textId="77777777" w:rsidR="00B06374" w:rsidRPr="004A23B4" w:rsidRDefault="00000000" w:rsidP="00FF2C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>Dziecko:</w:t>
      </w:r>
    </w:p>
    <w:p w14:paraId="458F2DDF" w14:textId="1ACBC800" w:rsidR="00A25E50" w:rsidRPr="004A23B4" w:rsidRDefault="00000000" w:rsidP="00FF2C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dziecko od ukończenia 2. roku życia do ukończenia 16. roku życia posiadające orzeczenie o niepełnosprawności łącznie ze wskazaniami w pkt 7 i 8 orzeczenia, tj. koniecznością stałej lub długotrwałej opieki lub pomocy innej osoby w związku ze znacznie ograniczoną możliwością samodzielnej egzystencji oraz koniecznością stałego współudziału na co dzień opiekuna dziecka </w:t>
      </w:r>
      <w:r w:rsidR="003472B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A23B4">
        <w:rPr>
          <w:rFonts w:ascii="Times New Roman" w:hAnsi="Times New Roman" w:cs="Times New Roman"/>
          <w:sz w:val="24"/>
          <w:szCs w:val="24"/>
        </w:rPr>
        <w:t>w procesie jego leczenia, rehabilitacji i edukacji</w:t>
      </w:r>
    </w:p>
    <w:p w14:paraId="259542E2" w14:textId="6CF1F74B" w:rsidR="00B06374" w:rsidRPr="004A23B4" w:rsidRDefault="00000000" w:rsidP="003472B6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="003472B6">
        <w:rPr>
          <w:rFonts w:ascii="Times New Roman" w:hAnsi="Times New Roman" w:cs="Times New Roman"/>
          <w:b/>
          <w:sz w:val="24"/>
          <w:szCs w:val="24"/>
        </w:rPr>
        <w:t xml:space="preserve">OCZEKIWANA LICZBA GODZIN USŁUG </w:t>
      </w:r>
      <w:r w:rsidR="00882813">
        <w:rPr>
          <w:rFonts w:ascii="Times New Roman" w:hAnsi="Times New Roman" w:cs="Times New Roman"/>
          <w:b/>
          <w:sz w:val="24"/>
          <w:szCs w:val="24"/>
        </w:rPr>
        <w:t>ASYTENCJI OSOBISTEJ</w:t>
      </w:r>
    </w:p>
    <w:p w14:paraId="0894DEB1" w14:textId="4BD9F6CE" w:rsidR="00A25E50" w:rsidRPr="00A25E50" w:rsidRDefault="00000000" w:rsidP="00A25E50">
      <w:pPr>
        <w:spacing w:after="4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sz w:val="24"/>
          <w:szCs w:val="24"/>
        </w:rPr>
        <w:t xml:space="preserve"> </w:t>
      </w:r>
      <w:r w:rsidR="00F365BD">
        <w:rPr>
          <w:rFonts w:ascii="Times New Roman" w:hAnsi="Times New Roman" w:cs="Times New Roman"/>
          <w:sz w:val="24"/>
          <w:szCs w:val="24"/>
        </w:rPr>
        <w:t>Deklaruję, chęć korzystania z usług asystenta w wymiarze ………………………. godzin w miesiącu.</w:t>
      </w:r>
    </w:p>
    <w:p w14:paraId="1B384A4F" w14:textId="4B2FEC9B" w:rsidR="00B06374" w:rsidRPr="004A23B4" w:rsidRDefault="00081F8B" w:rsidP="00FF2C79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B871F4">
        <w:rPr>
          <w:rFonts w:ascii="Times New Roman" w:hAnsi="Times New Roman" w:cs="Times New Roman"/>
          <w:b/>
          <w:sz w:val="24"/>
          <w:szCs w:val="24"/>
        </w:rPr>
        <w:t>V</w:t>
      </w:r>
      <w:r w:rsidR="00AA656D" w:rsidRPr="004A23B4">
        <w:rPr>
          <w:rFonts w:ascii="Times New Roman" w:hAnsi="Times New Roman" w:cs="Times New Roman"/>
          <w:b/>
          <w:sz w:val="24"/>
          <w:szCs w:val="24"/>
        </w:rPr>
        <w:t>. WSKAZANIE ASYSTENTA</w:t>
      </w:r>
    </w:p>
    <w:p w14:paraId="59877098" w14:textId="1B284910" w:rsidR="00B06374" w:rsidRPr="004A23B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sz w:val="24"/>
          <w:szCs w:val="24"/>
        </w:rPr>
        <w:t xml:space="preserve">Czy w przypadku zakwalifikowania do Programu </w:t>
      </w:r>
      <w:r w:rsidR="00651B48">
        <w:rPr>
          <w:rFonts w:ascii="Times New Roman" w:hAnsi="Times New Roman" w:cs="Times New Roman"/>
          <w:sz w:val="24"/>
          <w:szCs w:val="24"/>
        </w:rPr>
        <w:t>wskazuje</w:t>
      </w:r>
      <w:r w:rsidRPr="004A23B4">
        <w:rPr>
          <w:rFonts w:ascii="Times New Roman" w:hAnsi="Times New Roman" w:cs="Times New Roman"/>
          <w:sz w:val="24"/>
          <w:szCs w:val="24"/>
        </w:rPr>
        <w:t xml:space="preserve"> </w:t>
      </w:r>
      <w:r w:rsidR="00AA656D">
        <w:rPr>
          <w:rFonts w:ascii="Times New Roman" w:hAnsi="Times New Roman" w:cs="Times New Roman"/>
          <w:sz w:val="24"/>
          <w:szCs w:val="24"/>
        </w:rPr>
        <w:t>Pan</w:t>
      </w:r>
      <w:r w:rsidR="00651B48">
        <w:rPr>
          <w:rFonts w:ascii="Times New Roman" w:hAnsi="Times New Roman" w:cs="Times New Roman"/>
          <w:sz w:val="24"/>
          <w:szCs w:val="24"/>
        </w:rPr>
        <w:t>(i) osobę</w:t>
      </w:r>
      <w:r w:rsidRPr="004A23B4">
        <w:rPr>
          <w:rFonts w:ascii="Times New Roman" w:hAnsi="Times New Roman" w:cs="Times New Roman"/>
          <w:sz w:val="24"/>
          <w:szCs w:val="24"/>
        </w:rPr>
        <w:t>, któr</w:t>
      </w:r>
      <w:r w:rsidR="00651B48">
        <w:rPr>
          <w:rFonts w:ascii="Times New Roman" w:hAnsi="Times New Roman" w:cs="Times New Roman"/>
          <w:sz w:val="24"/>
          <w:szCs w:val="24"/>
        </w:rPr>
        <w:t>ą</w:t>
      </w:r>
      <w:r w:rsidRPr="004A23B4">
        <w:rPr>
          <w:rFonts w:ascii="Times New Roman" w:hAnsi="Times New Roman" w:cs="Times New Roman"/>
          <w:sz w:val="24"/>
          <w:szCs w:val="24"/>
        </w:rPr>
        <w:t xml:space="preserve"> </w:t>
      </w:r>
      <w:r w:rsidR="00651B48">
        <w:rPr>
          <w:rFonts w:ascii="Times New Roman" w:hAnsi="Times New Roman" w:cs="Times New Roman"/>
          <w:sz w:val="24"/>
          <w:szCs w:val="24"/>
        </w:rPr>
        <w:t>proponuje Pan(i) jako asystenta</w:t>
      </w:r>
      <w:r w:rsidRPr="004A23B4">
        <w:rPr>
          <w:rFonts w:ascii="Times New Roman" w:hAnsi="Times New Roman" w:cs="Times New Roman"/>
          <w:sz w:val="24"/>
          <w:szCs w:val="24"/>
        </w:rPr>
        <w:t>?</w:t>
      </w:r>
    </w:p>
    <w:p w14:paraId="3BF76464" w14:textId="0288CBC5" w:rsidR="00B06374" w:rsidRPr="004A23B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TAK</w:t>
      </w:r>
      <w:r w:rsidR="00AA656D">
        <w:rPr>
          <w:rFonts w:ascii="Times New Roman" w:hAnsi="Times New Roman" w:cs="Times New Roman"/>
          <w:sz w:val="24"/>
          <w:szCs w:val="24"/>
        </w:rPr>
        <w:t xml:space="preserve">  (Imię I Nazwisko, numer kontaktowy)………………………………………………………</w:t>
      </w:r>
    </w:p>
    <w:p w14:paraId="1CD31CC2" w14:textId="77777777" w:rsidR="00B06374" w:rsidRDefault="00000000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NIE</w:t>
      </w:r>
    </w:p>
    <w:p w14:paraId="0CBDCA3E" w14:textId="45E35983" w:rsidR="00081F8B" w:rsidRPr="00081F8B" w:rsidRDefault="00081F8B" w:rsidP="00FF2C79">
      <w:pPr>
        <w:spacing w:after="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1F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V. POTRZEBY W ZAKRESIE </w:t>
      </w:r>
      <w:r w:rsidR="00F365BD">
        <w:rPr>
          <w:rFonts w:ascii="Times New Roman" w:hAnsi="Times New Roman" w:cs="Times New Roman"/>
          <w:b/>
          <w:bCs/>
          <w:sz w:val="24"/>
          <w:szCs w:val="24"/>
        </w:rPr>
        <w:t>UDZIAŁU W WYDARZENIACH KULTURALNYCH</w:t>
      </w:r>
    </w:p>
    <w:p w14:paraId="2E4B52E5" w14:textId="69697177" w:rsidR="00F365BD" w:rsidRDefault="00081F8B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sz w:val="24"/>
          <w:szCs w:val="24"/>
        </w:rPr>
        <w:t xml:space="preserve">Czy w przypadku zakwalifikowania do Programu </w:t>
      </w:r>
      <w:r w:rsidR="00F365BD">
        <w:rPr>
          <w:rFonts w:ascii="Times New Roman" w:hAnsi="Times New Roman" w:cs="Times New Roman"/>
          <w:sz w:val="24"/>
          <w:szCs w:val="24"/>
        </w:rPr>
        <w:t>planuje Pan(i) korzystanie ze wsparcia asystenta                    w kinie, teatrze, muzeum itp.?</w:t>
      </w:r>
    </w:p>
    <w:p w14:paraId="570CCE3C" w14:textId="2224808A" w:rsidR="00081F8B" w:rsidRPr="004A23B4" w:rsidRDefault="00081F8B" w:rsidP="00081F8B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TAK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0B189" w14:textId="77777777" w:rsidR="00081F8B" w:rsidRDefault="00081F8B" w:rsidP="00081F8B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NIE</w:t>
      </w:r>
    </w:p>
    <w:p w14:paraId="4B716E23" w14:textId="3DEDDEBE" w:rsidR="00F365BD" w:rsidRPr="00F365BD" w:rsidRDefault="00F365BD" w:rsidP="00FF2C79">
      <w:pPr>
        <w:spacing w:after="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65BD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B871F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365B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1F8B">
        <w:rPr>
          <w:rFonts w:ascii="Times New Roman" w:hAnsi="Times New Roman" w:cs="Times New Roman"/>
          <w:b/>
          <w:bCs/>
          <w:sz w:val="24"/>
          <w:szCs w:val="24"/>
        </w:rPr>
        <w:t xml:space="preserve">POTRZEBY W ZAKRESIE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WSPARCIA W PRZEMIESZCZANIU SIĘ </w:t>
      </w:r>
    </w:p>
    <w:p w14:paraId="0E2BE6CA" w14:textId="4F3CB7CA" w:rsidR="00F365BD" w:rsidRDefault="00F365BD" w:rsidP="00FF2C79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Times New Roman" w:hAnsi="Times New Roman" w:cs="Times New Roman"/>
          <w:sz w:val="24"/>
          <w:szCs w:val="24"/>
        </w:rPr>
        <w:t xml:space="preserve">Czy w przypadku zakwalifikowania do Programu </w:t>
      </w:r>
      <w:r>
        <w:rPr>
          <w:rFonts w:ascii="Times New Roman" w:hAnsi="Times New Roman" w:cs="Times New Roman"/>
          <w:sz w:val="24"/>
          <w:szCs w:val="24"/>
        </w:rPr>
        <w:t>planuje Pan(i) korzystanie ze wsparcia asystenta                    w przemieszczaniu się środkami komunikacji publicznej, taksówkami lub samochodem będącym własnością asystenta lub udostępnionym przez osobę trzecią</w:t>
      </w:r>
      <w:r w:rsidR="002603C5">
        <w:rPr>
          <w:rFonts w:ascii="Times New Roman" w:hAnsi="Times New Roman" w:cs="Times New Roman"/>
          <w:sz w:val="24"/>
          <w:szCs w:val="24"/>
        </w:rPr>
        <w:t>?</w:t>
      </w:r>
    </w:p>
    <w:p w14:paraId="45417B05" w14:textId="77777777" w:rsidR="00F365BD" w:rsidRPr="004A23B4" w:rsidRDefault="00F365BD" w:rsidP="00F365BD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TAK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194C06" w14:textId="77777777" w:rsidR="00F365BD" w:rsidRDefault="00F365BD" w:rsidP="00F365BD">
      <w:pPr>
        <w:spacing w:after="20" w:line="360" w:lineRule="auto"/>
        <w:rPr>
          <w:rFonts w:ascii="Times New Roman" w:hAnsi="Times New Roman" w:cs="Times New Roman"/>
          <w:sz w:val="24"/>
          <w:szCs w:val="24"/>
        </w:rPr>
      </w:pPr>
      <w:r w:rsidRPr="004A23B4">
        <w:rPr>
          <w:rFonts w:ascii="Segoe UI Symbol" w:hAnsi="Segoe UI Symbol" w:cs="Segoe UI Symbol"/>
          <w:sz w:val="24"/>
          <w:szCs w:val="24"/>
        </w:rPr>
        <w:t>☐</w:t>
      </w:r>
      <w:r w:rsidRPr="004A23B4">
        <w:rPr>
          <w:rFonts w:ascii="Times New Roman" w:hAnsi="Times New Roman" w:cs="Times New Roman"/>
          <w:sz w:val="24"/>
          <w:szCs w:val="24"/>
        </w:rPr>
        <w:t xml:space="preserve"> NIE</w:t>
      </w:r>
    </w:p>
    <w:p w14:paraId="335AF3CD" w14:textId="77777777" w:rsidR="0089212A" w:rsidRDefault="0089212A" w:rsidP="00651B48">
      <w:pPr>
        <w:autoSpaceDE w:val="0"/>
        <w:autoSpaceDN w:val="0"/>
        <w:adjustRightInd w:val="0"/>
        <w:spacing w:after="36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C9B054" w14:textId="564DB4FF" w:rsidR="00116A6B" w:rsidRPr="00116A6B" w:rsidRDefault="00116A6B" w:rsidP="00116A6B">
      <w:pPr>
        <w:spacing w:before="60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16A6B">
        <w:rPr>
          <w:rFonts w:ascii="Times New Roman" w:hAnsi="Times New Roman" w:cs="Times New Roman"/>
          <w:sz w:val="24"/>
          <w:szCs w:val="24"/>
        </w:rPr>
        <w:t>Miejscowość ………</w:t>
      </w:r>
      <w:r w:rsidR="0089212A">
        <w:rPr>
          <w:rFonts w:ascii="Times New Roman" w:hAnsi="Times New Roman" w:cs="Times New Roman"/>
          <w:sz w:val="24"/>
          <w:szCs w:val="24"/>
        </w:rPr>
        <w:t>……………..</w:t>
      </w:r>
      <w:r w:rsidRPr="00116A6B">
        <w:rPr>
          <w:rFonts w:ascii="Times New Roman" w:hAnsi="Times New Roman" w:cs="Times New Roman"/>
          <w:sz w:val="24"/>
          <w:szCs w:val="24"/>
        </w:rPr>
        <w:t>, data …………………</w:t>
      </w:r>
    </w:p>
    <w:p w14:paraId="657E6081" w14:textId="5DD9F616" w:rsidR="00116A6B" w:rsidRPr="00116A6B" w:rsidRDefault="00116A6B" w:rsidP="00116A6B">
      <w:pPr>
        <w:spacing w:before="600"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203474556"/>
      <w:r w:rsidRPr="00116A6B">
        <w:rPr>
          <w:rFonts w:ascii="Times New Roman" w:hAnsi="Times New Roman" w:cs="Times New Roman"/>
          <w:sz w:val="24"/>
          <w:szCs w:val="24"/>
        </w:rPr>
        <w:t>..………………………………………………………</w:t>
      </w:r>
      <w:r w:rsidR="0089212A">
        <w:rPr>
          <w:rFonts w:ascii="Times New Roman" w:hAnsi="Times New Roman" w:cs="Times New Roman"/>
          <w:sz w:val="24"/>
          <w:szCs w:val="24"/>
        </w:rPr>
        <w:t>……</w:t>
      </w:r>
    </w:p>
    <w:p w14:paraId="59A222AA" w14:textId="640082D1" w:rsidR="00116A6B" w:rsidRPr="0089212A" w:rsidRDefault="00116A6B" w:rsidP="00116A6B">
      <w:pPr>
        <w:spacing w:after="360" w:line="360" w:lineRule="auto"/>
        <w:contextualSpacing/>
        <w:rPr>
          <w:rFonts w:ascii="Times New Roman" w:hAnsi="Times New Roman" w:cs="Times New Roman"/>
          <w:szCs w:val="20"/>
        </w:rPr>
      </w:pPr>
      <w:r w:rsidRPr="0089212A">
        <w:rPr>
          <w:rFonts w:ascii="Times New Roman" w:hAnsi="Times New Roman" w:cs="Times New Roman"/>
          <w:szCs w:val="20"/>
        </w:rPr>
        <w:t>(</w:t>
      </w:r>
      <w:r w:rsidRPr="0089212A">
        <w:rPr>
          <w:rFonts w:ascii="Times New Roman" w:hAnsi="Times New Roman" w:cs="Times New Roman"/>
          <w:i/>
          <w:iCs/>
          <w:szCs w:val="20"/>
        </w:rPr>
        <w:t>Podpis wnioskodawcy/opiekuna prawnego</w:t>
      </w:r>
      <w:r w:rsidRPr="0089212A">
        <w:rPr>
          <w:rFonts w:ascii="Times New Roman" w:hAnsi="Times New Roman" w:cs="Times New Roman"/>
          <w:szCs w:val="20"/>
        </w:rPr>
        <w:t xml:space="preserve">) </w:t>
      </w:r>
      <w:bookmarkEnd w:id="1"/>
    </w:p>
    <w:p w14:paraId="40BF9467" w14:textId="77777777" w:rsidR="0089212A" w:rsidRPr="0089212A" w:rsidRDefault="0089212A" w:rsidP="0089212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Cs w:val="20"/>
          <w:lang w:val="pl-PL"/>
        </w:rPr>
      </w:pPr>
    </w:p>
    <w:p w14:paraId="1700E0EE" w14:textId="77777777" w:rsidR="00882813" w:rsidRDefault="00882813" w:rsidP="00FF2C79">
      <w:pPr>
        <w:pStyle w:val="Default"/>
        <w:spacing w:line="276" w:lineRule="auto"/>
        <w:jc w:val="both"/>
      </w:pPr>
    </w:p>
    <w:p w14:paraId="7F894761" w14:textId="77777777" w:rsidR="00882813" w:rsidRDefault="00882813" w:rsidP="00FF2C79">
      <w:pPr>
        <w:pStyle w:val="Default"/>
        <w:spacing w:line="276" w:lineRule="auto"/>
        <w:jc w:val="both"/>
      </w:pPr>
    </w:p>
    <w:p w14:paraId="014ED1DE" w14:textId="77777777" w:rsidR="00882813" w:rsidRDefault="00882813" w:rsidP="00FF2C79">
      <w:pPr>
        <w:pStyle w:val="Default"/>
        <w:spacing w:line="276" w:lineRule="auto"/>
        <w:jc w:val="both"/>
      </w:pPr>
    </w:p>
    <w:p w14:paraId="713D0B65" w14:textId="77777777" w:rsidR="00882813" w:rsidRDefault="00882813" w:rsidP="00FF2C79">
      <w:pPr>
        <w:pStyle w:val="Default"/>
        <w:spacing w:line="276" w:lineRule="auto"/>
        <w:jc w:val="both"/>
      </w:pPr>
    </w:p>
    <w:p w14:paraId="4D6103E4" w14:textId="77777777" w:rsidR="00882813" w:rsidRDefault="00882813" w:rsidP="00FF2C79">
      <w:pPr>
        <w:pStyle w:val="Default"/>
        <w:spacing w:line="276" w:lineRule="auto"/>
        <w:jc w:val="both"/>
      </w:pPr>
    </w:p>
    <w:p w14:paraId="13661E99" w14:textId="77777777" w:rsidR="00882813" w:rsidRDefault="00882813" w:rsidP="00FF2C79">
      <w:pPr>
        <w:pStyle w:val="Default"/>
        <w:spacing w:line="276" w:lineRule="auto"/>
        <w:jc w:val="both"/>
      </w:pPr>
    </w:p>
    <w:p w14:paraId="13749805" w14:textId="77777777" w:rsidR="00F365BD" w:rsidRPr="004A23B4" w:rsidRDefault="00F365BD" w:rsidP="00FF2C79">
      <w:pPr>
        <w:pStyle w:val="Default"/>
        <w:spacing w:line="276" w:lineRule="auto"/>
        <w:jc w:val="both"/>
      </w:pPr>
    </w:p>
    <w:bookmarkEnd w:id="0"/>
    <w:p w14:paraId="723096C4" w14:textId="664960DE" w:rsidR="00FF2C79" w:rsidRPr="004A23B4" w:rsidRDefault="00FF2C79" w:rsidP="0089212A">
      <w:pPr>
        <w:pStyle w:val="Default"/>
        <w:spacing w:line="276" w:lineRule="auto"/>
        <w:jc w:val="both"/>
      </w:pPr>
    </w:p>
    <w:sectPr w:rsidR="00FF2C79" w:rsidRPr="004A23B4" w:rsidSect="00A25E50">
      <w:headerReference w:type="default" r:id="rId8"/>
      <w:footerReference w:type="default" r:id="rId9"/>
      <w:pgSz w:w="12240" w:h="15840"/>
      <w:pgMar w:top="964" w:right="1134" w:bottom="964" w:left="1134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870F0" w14:textId="77777777" w:rsidR="00123EFC" w:rsidRDefault="00123EFC">
      <w:pPr>
        <w:spacing w:after="0"/>
      </w:pPr>
      <w:r>
        <w:separator/>
      </w:r>
    </w:p>
  </w:endnote>
  <w:endnote w:type="continuationSeparator" w:id="0">
    <w:p w14:paraId="11A6F63F" w14:textId="77777777" w:rsidR="00123EFC" w:rsidRDefault="00123E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92AB" w14:textId="7F2010F8" w:rsidR="00B06374" w:rsidRDefault="00B0637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C91FD" w14:textId="77777777" w:rsidR="00123EFC" w:rsidRDefault="00123EFC">
      <w:pPr>
        <w:spacing w:after="0"/>
      </w:pPr>
      <w:r>
        <w:separator/>
      </w:r>
    </w:p>
  </w:footnote>
  <w:footnote w:type="continuationSeparator" w:id="0">
    <w:p w14:paraId="7C1BC3AF" w14:textId="77777777" w:rsidR="00123EFC" w:rsidRDefault="00123EF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EABE" w14:textId="1E194352" w:rsidR="00AA656D" w:rsidRPr="00A25E50" w:rsidRDefault="00AA656D" w:rsidP="00A25E50">
    <w:pPr>
      <w:spacing w:after="0" w:line="276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A25E50">
      <w:rPr>
        <w:rFonts w:ascii="Times New Roman" w:hAnsi="Times New Roman" w:cs="Times New Roman"/>
        <w:b/>
        <w:sz w:val="24"/>
        <w:szCs w:val="24"/>
      </w:rPr>
      <w:t xml:space="preserve">DEKLARACJA UDZIAŁU W PROGRAMIE “ASYSTENT OSOBSTY OSOBY </w:t>
    </w:r>
    <w:r w:rsidR="00B715A4" w:rsidRPr="00A25E50">
      <w:rPr>
        <w:rFonts w:ascii="Times New Roman" w:hAnsi="Times New Roman" w:cs="Times New Roman"/>
        <w:b/>
        <w:sz w:val="24"/>
        <w:szCs w:val="24"/>
      </w:rPr>
      <w:t xml:space="preserve">                                     </w:t>
    </w:r>
    <w:r w:rsidRPr="00A25E50">
      <w:rPr>
        <w:rFonts w:ascii="Times New Roman" w:hAnsi="Times New Roman" w:cs="Times New Roman"/>
        <w:b/>
        <w:sz w:val="24"/>
        <w:szCs w:val="24"/>
      </w:rPr>
      <w:t>Z NIEPEŁNOSPRAWNOŚCIĄ” – DLA JEDNOSTEK SAMORZĄDU TERYTORIALNEGO -EDYCJA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D95A29"/>
    <w:multiLevelType w:val="hybridMultilevel"/>
    <w:tmpl w:val="BF86EF7A"/>
    <w:lvl w:ilvl="0" w:tplc="BA96A0C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807904">
    <w:abstractNumId w:val="8"/>
  </w:num>
  <w:num w:numId="2" w16cid:durableId="1842768945">
    <w:abstractNumId w:val="6"/>
  </w:num>
  <w:num w:numId="3" w16cid:durableId="6060080">
    <w:abstractNumId w:val="5"/>
  </w:num>
  <w:num w:numId="4" w16cid:durableId="1241987300">
    <w:abstractNumId w:val="4"/>
  </w:num>
  <w:num w:numId="5" w16cid:durableId="111630268">
    <w:abstractNumId w:val="7"/>
  </w:num>
  <w:num w:numId="6" w16cid:durableId="1742366294">
    <w:abstractNumId w:val="3"/>
  </w:num>
  <w:num w:numId="7" w16cid:durableId="1176268161">
    <w:abstractNumId w:val="2"/>
  </w:num>
  <w:num w:numId="8" w16cid:durableId="135464088">
    <w:abstractNumId w:val="1"/>
  </w:num>
  <w:num w:numId="9" w16cid:durableId="102311188">
    <w:abstractNumId w:val="0"/>
  </w:num>
  <w:num w:numId="10" w16cid:durableId="17315417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02D"/>
    <w:rsid w:val="0006063C"/>
    <w:rsid w:val="00066130"/>
    <w:rsid w:val="00081F8B"/>
    <w:rsid w:val="00116A6B"/>
    <w:rsid w:val="00123EFC"/>
    <w:rsid w:val="0015074B"/>
    <w:rsid w:val="00167FB6"/>
    <w:rsid w:val="002603C5"/>
    <w:rsid w:val="0029639D"/>
    <w:rsid w:val="00326F90"/>
    <w:rsid w:val="003472B6"/>
    <w:rsid w:val="00494C89"/>
    <w:rsid w:val="00496F21"/>
    <w:rsid w:val="004A23B4"/>
    <w:rsid w:val="005A761D"/>
    <w:rsid w:val="00651B48"/>
    <w:rsid w:val="00726348"/>
    <w:rsid w:val="00794EAF"/>
    <w:rsid w:val="008116B5"/>
    <w:rsid w:val="0083216F"/>
    <w:rsid w:val="00882813"/>
    <w:rsid w:val="0089212A"/>
    <w:rsid w:val="008B1F02"/>
    <w:rsid w:val="009616F1"/>
    <w:rsid w:val="00990B72"/>
    <w:rsid w:val="00A25E50"/>
    <w:rsid w:val="00AA1D8D"/>
    <w:rsid w:val="00AA656D"/>
    <w:rsid w:val="00B06374"/>
    <w:rsid w:val="00B20877"/>
    <w:rsid w:val="00B47730"/>
    <w:rsid w:val="00B715A4"/>
    <w:rsid w:val="00B871F4"/>
    <w:rsid w:val="00BA4A47"/>
    <w:rsid w:val="00BB317C"/>
    <w:rsid w:val="00BD1F98"/>
    <w:rsid w:val="00CB0664"/>
    <w:rsid w:val="00DA76D1"/>
    <w:rsid w:val="00E91496"/>
    <w:rsid w:val="00EA16F7"/>
    <w:rsid w:val="00F334A6"/>
    <w:rsid w:val="00F365BD"/>
    <w:rsid w:val="00FC693F"/>
    <w:rsid w:val="00FF2C79"/>
    <w:rsid w:val="00FF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A08F9"/>
  <w14:defaultImageDpi w14:val="300"/>
  <w15:docId w15:val="{00AD7102-3691-40CC-8FCA-F2CE3DFD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FF2C7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7FB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7FB6"/>
    <w:pPr>
      <w:spacing w:after="0"/>
    </w:pPr>
    <w:rPr>
      <w:rFonts w:asciiTheme="minorHAnsi" w:eastAsiaTheme="minorHAnsi" w:hAnsiTheme="minorHAnsi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7FB6"/>
    <w:rPr>
      <w:rFonts w:eastAsiaTheme="minorHAnsi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pokoj14</cp:lastModifiedBy>
  <cp:revision>12</cp:revision>
  <cp:lastPrinted>2026-09-14T10:29:00Z</cp:lastPrinted>
  <dcterms:created xsi:type="dcterms:W3CDTF">2026-09-14T06:23:00Z</dcterms:created>
  <dcterms:modified xsi:type="dcterms:W3CDTF">2026-09-16T10:19:00Z</dcterms:modified>
  <cp:category/>
</cp:coreProperties>
</file>